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60"/>
      </w:pPr>
      <w:r>
        <w:rPr>
          <w:b/>
          <w:sz w:val="44"/>
        </w:rPr>
        <w:t>SOLICITUD DE EMPLEO</w:t>
      </w:r>
    </w:p>
    <w:p>
      <w:pPr>
        <w:spacing w:after="140"/>
      </w:pPr>
      <w:r>
        <w:t>Ejemplo lleno · Anverso · 1 de 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4032"/>
        <w:gridCol w:w="2016"/>
      </w:tblGrid>
      <w:tr>
        <w:trPr>
          <w:cantSplit/>
        </w:trPr>
        <w:tc>
          <w:tcPr>
            <w:tcW w:type="dxa" w:w="4752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PUESTO SOLICITADO</w:t>
              <w:br/>
            </w:r>
            <w:r>
              <w:t>Auxiliar de soporte técnico</w:t>
            </w:r>
          </w:p>
        </w:tc>
        <w:tc>
          <w:tcPr>
            <w:tcW w:type="dxa" w:w="4032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FECHA</w:t>
              <w:br/>
            </w:r>
            <w:r>
              <w:t>9 de agosto de 2026</w:t>
            </w:r>
          </w:p>
        </w:tc>
        <w:tc>
          <w:tcPr>
            <w:tcW w:type="dxa" w:w="2016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FOLIO</w:t>
              <w:br/>
            </w:r>
            <w:r>
              <w:t>ST-0826</w:t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SUELDO MENSUAL PRETENDIDO</w:t>
              <w:br/>
            </w:r>
            <w:r>
              <w:t>$18,000 MXN brutos</w:t>
            </w:r>
          </w:p>
        </w:tc>
        <w:tc>
          <w:tcPr>
            <w:tcW w:type="dxa" w:w="4032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FECHA POSIBLE DE INGRESO</w:t>
              <w:br/>
            </w:r>
            <w:r>
              <w:t>24 de agosto de 2026</w:t>
            </w:r>
          </w:p>
        </w:tc>
        <w:tc>
          <w:tcPr>
            <w:tcW w:type="dxa" w:w="2016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JORNADA</w:t>
              <w:br/>
            </w:r>
            <w:r>
              <w:t>Tiempo completo</w:t>
            </w:r>
          </w:p>
        </w:tc>
      </w:tr>
    </w:tbl>
    <w:p>
      <w:pPr>
        <w:spacing w:after="0" w:line="240" w:lineRule="auto" w:before="0"/>
      </w:pPr>
      <w:r>
        <w:rPr>
          <w:sz w:val="10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00"/>
      </w:tblGrid>
      <w:tr>
        <w:trPr>
          <w:cantSplit/>
        </w:trPr>
        <w:tc>
          <w:tcPr>
            <w:tcW w:type="dxa" w:w="108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9E9E9"/>
          </w:tcPr>
          <w:p>
            <w:r>
              <w:rPr>
                <w:b/>
              </w:rPr>
              <w:t>DATOS DE CONTACTO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APELLIDOS</w:t>
              <w:br/>
            </w:r>
            <w:r>
              <w:t>Rivera Soto</w:t>
            </w:r>
          </w:p>
        </w:tc>
        <w:tc>
          <w:tcPr>
            <w:tcW w:type="dxa" w:w="54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NOMBRE</w:t>
              <w:br/>
            </w:r>
            <w:r>
              <w:t>Daniela</w:t>
            </w:r>
          </w:p>
        </w:tc>
      </w:tr>
      <w:tr>
        <w:trPr>
          <w:cantSplit/>
        </w:trPr>
        <w:tc>
          <w:tcPr>
            <w:tcW w:type="dxa" w:w="54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CIUDAD Y ESTADO</w:t>
              <w:br/>
            </w:r>
            <w:r>
              <w:t>Puebla, Puebla</w:t>
            </w:r>
          </w:p>
        </w:tc>
        <w:tc>
          <w:tcPr>
            <w:tcW w:type="dxa" w:w="54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TELÉFONO DE CONTACTO</w:t>
              <w:br/>
            </w:r>
            <w:r>
              <w:t>222 555 0184</w:t>
            </w:r>
          </w:p>
        </w:tc>
      </w:tr>
      <w:tr>
        <w:trPr>
          <w:cantSplit/>
        </w:trPr>
        <w:tc>
          <w:tcPr>
            <w:tcW w:type="dxa" w:w="54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CORREO ELECTRÓNICO</w:t>
              <w:br/>
            </w:r>
            <w:r>
              <w:t>daniela.rivera@example.org</w:t>
            </w:r>
          </w:p>
        </w:tc>
        <w:tc>
          <w:tcPr>
            <w:tcW w:type="dxa" w:w="54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MEDIO PREFERIDO DE CONTACTO</w:t>
              <w:br/>
            </w:r>
            <w:r>
              <w:t>Correo electrónico</w:t>
            </w:r>
          </w:p>
        </w:tc>
      </w:tr>
    </w:tbl>
    <w:p>
      <w:pPr>
        <w:spacing w:after="0" w:line="240" w:lineRule="auto" w:before="0"/>
      </w:pPr>
      <w:r>
        <w:rPr>
          <w:sz w:val="10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00"/>
      </w:tblGrid>
      <w:tr>
        <w:trPr>
          <w:cantSplit/>
        </w:trPr>
        <w:tc>
          <w:tcPr>
            <w:tcW w:type="dxa" w:w="108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9E9E9"/>
          </w:tcPr>
          <w:p>
            <w:r>
              <w:rPr>
                <w:b/>
              </w:rPr>
              <w:t>DISPONIBILIDAD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HORARIO DISPONIBLE</w:t>
              <w:br/>
            </w:r>
            <w:r>
              <w:t>Lunes a viernes, de 9:00 a 18:00</w:t>
            </w:r>
          </w:p>
        </w:tc>
        <w:tc>
          <w:tcPr>
            <w:tcW w:type="dxa" w:w="54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VISITAS LOCALES PROGRAMADAS</w:t>
              <w:br/>
            </w:r>
            <w:r>
              <w:t>Sí</w:t>
            </w:r>
          </w:p>
        </w:tc>
      </w:tr>
      <w:tr>
        <w:trPr>
          <w:cantSplit/>
        </w:trPr>
        <w:tc>
          <w:tcPr>
            <w:tcW w:type="dxa" w:w="54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VIAJES FUERA DE LA CIUDAD</w:t>
              <w:br/>
            </w:r>
            <w:r>
              <w:t>Con aviso y programación previa</w:t>
            </w:r>
          </w:p>
        </w:tc>
        <w:tc>
          <w:tcPr>
            <w:tcW w:type="dxa" w:w="54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CAMBIO DE RESIDENCIA</w:t>
              <w:br/>
            </w:r>
            <w:r>
              <w:t>No por el momento</w:t>
            </w:r>
          </w:p>
        </w:tc>
      </w:tr>
    </w:tbl>
    <w:p>
      <w:pPr>
        <w:spacing w:after="0" w:line="240" w:lineRule="auto" w:before="0"/>
      </w:pPr>
      <w:r>
        <w:rPr>
          <w:sz w:val="10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00"/>
      </w:tblGrid>
      <w:tr>
        <w:trPr>
          <w:cantSplit/>
        </w:trPr>
        <w:tc>
          <w:tcPr>
            <w:tcW w:type="dxa" w:w="108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9E9E9"/>
          </w:tcPr>
          <w:p>
            <w:r>
              <w:rPr>
                <w:b/>
              </w:rPr>
              <w:t>ESCOLARIDAD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1584"/>
        <w:gridCol w:w="4896"/>
      </w:tblGrid>
      <w:tr>
        <w:trPr>
          <w:cantSplit/>
        </w:trPr>
        <w:tc>
          <w:tcPr>
            <w:tcW w:type="dxa" w:w="432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9E9E9"/>
          </w:tcPr>
          <w:p>
            <w:r>
              <w:rPr>
                <w:b/>
              </w:rPr>
              <w:t>NIVEL E INSTITUCIÓN</w:t>
            </w:r>
          </w:p>
        </w:tc>
        <w:tc>
          <w:tcPr>
            <w:tcW w:type="dxa" w:w="1584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9E9E9"/>
          </w:tcPr>
          <w:p>
            <w:r>
              <w:rPr>
                <w:b/>
              </w:rPr>
              <w:t>PERIODO</w:t>
            </w:r>
          </w:p>
        </w:tc>
        <w:tc>
          <w:tcPr>
            <w:tcW w:type="dxa" w:w="4896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9E9E9"/>
          </w:tcPr>
          <w:p>
            <w:r>
              <w:rPr>
                <w:b/>
              </w:rPr>
              <w:t>ESTUDIOS Y DOCUMENTO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Técnico</w:t>
              <w:br/>
            </w:r>
            <w:r>
              <w:t>Instituto Tecnológico de Puebla</w:t>
            </w:r>
          </w:p>
        </w:tc>
        <w:tc>
          <w:tcPr>
            <w:tcW w:type="dxa" w:w="1584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t>2022 a 2024</w:t>
            </w:r>
          </w:p>
        </w:tc>
        <w:tc>
          <w:tcPr>
            <w:tcW w:type="dxa" w:w="4896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Sistemas</w:t>
              <w:br/>
            </w:r>
            <w:r>
              <w:t>Estudios concluidos en 2024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Bachillerato</w:t>
              <w:br/>
            </w:r>
            <w:r>
              <w:t>Bachillerato del Centro</w:t>
            </w:r>
          </w:p>
        </w:tc>
        <w:tc>
          <w:tcPr>
            <w:tcW w:type="dxa" w:w="1584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t>2019 a 2022</w:t>
            </w:r>
          </w:p>
        </w:tc>
        <w:tc>
          <w:tcPr>
            <w:tcW w:type="dxa" w:w="4896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Bachillerato general</w:t>
              <w:br/>
            </w:r>
            <w:r>
              <w:t>Certificado de estudios</w:t>
            </w:r>
          </w:p>
        </w:tc>
      </w:tr>
    </w:tbl>
    <w:p>
      <w:pPr>
        <w:spacing w:after="0" w:line="240" w:lineRule="auto" w:before="0"/>
      </w:pPr>
      <w:r>
        <w:rPr>
          <w:sz w:val="10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00"/>
      </w:tblGrid>
      <w:tr>
        <w:trPr>
          <w:cantSplit/>
        </w:trPr>
        <w:tc>
          <w:tcPr>
            <w:tcW w:type="dxa" w:w="108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9E9E9"/>
          </w:tcPr>
          <w:p>
            <w:r>
              <w:rPr>
                <w:b/>
              </w:rPr>
              <w:t>CONOCIMIENTOS Y HABILIDADES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FUNCIONES DE OFICINA</w:t>
              <w:br/>
            </w:r>
            <w:r>
              <w:t>Registro de solicitudes, archivo y seguimiento de pendientes.</w:t>
            </w:r>
          </w:p>
        </w:tc>
        <w:tc>
          <w:tcPr>
            <w:tcW w:type="dxa" w:w="54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EQUIPOS Y HERRAMIENTAS</w:t>
              <w:br/>
            </w:r>
            <w:r>
              <w:t>Computadoras, impresoras y sistema de tickets.</w:t>
            </w:r>
          </w:p>
        </w:tc>
      </w:tr>
      <w:tr>
        <w:trPr>
          <w:cantSplit/>
        </w:trPr>
        <w:tc>
          <w:tcPr>
            <w:tcW w:type="dxa" w:w="54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PROGRAMAS QUE MANEJA</w:t>
              <w:br/>
            </w:r>
            <w:r>
              <w:t>Windows, hojas de cálculo y procesador de texto.</w:t>
            </w:r>
          </w:p>
        </w:tc>
        <w:tc>
          <w:tcPr>
            <w:tcW w:type="dxa" w:w="54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IDIOMAS</w:t>
              <w:br/>
            </w:r>
            <w:r>
              <w:t>Español nativo e inglés B1.</w:t>
            </w:r>
          </w:p>
        </w:tc>
      </w:tr>
      <w:tr>
        <w:trPr>
          <w:cantSplit/>
        </w:trPr>
        <w:tc>
          <w:tcPr>
            <w:tcW w:type="dxa" w:w="54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OTROS CONOCIMIENTOS</w:t>
              <w:br/>
            </w:r>
            <w:r>
              <w:t>Diagnóstico básico de equipos y documentación de soluciones.</w:t>
            </w:r>
          </w:p>
        </w:tc>
        <w:tc>
          <w:tcPr>
            <w:tcW w:type="dxa" w:w="54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ATENCIÓN A USUARIOS</w:t>
              <w:br/>
            </w:r>
            <w:r>
              <w:t>Recepción, clasificación y seguimiento de incidencias.</w:t>
            </w:r>
          </w:p>
        </w:tc>
      </w:tr>
    </w:tbl>
    <w:p>
      <w:pPr>
        <w:spacing w:after="0" w:line="240" w:lineRule="auto" w:before="0"/>
      </w:pPr>
      <w:r>
        <w:rPr>
          <w:sz w:val="10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00"/>
      </w:tblGrid>
      <w:tr>
        <w:trPr>
          <w:cantSplit/>
        </w:trPr>
        <w:tc>
          <w:tcPr>
            <w:tcW w:type="dxa" w:w="108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9E9E9"/>
          </w:tcPr>
          <w:p>
            <w:r>
              <w:rPr>
                <w:b/>
              </w:rPr>
              <w:t>PERFIL Y OBJETIVO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00"/>
      </w:tblGrid>
      <w:tr>
        <w:trPr>
          <w:cantSplit/>
        </w:trPr>
        <w:tc>
          <w:tcPr>
            <w:tcW w:type="dxa" w:w="108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EXPERIENCIA RELACIONADA</w:t>
              <w:br/>
            </w:r>
            <w:r>
              <w:t>Dos años en mesa de ayuda, preparación de equipos y documentación de soluciones.</w:t>
            </w:r>
          </w:p>
        </w:tc>
      </w:tr>
      <w:tr>
        <w:trPr>
          <w:cantSplit/>
        </w:trPr>
        <w:tc>
          <w:tcPr>
            <w:tcW w:type="dxa" w:w="108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OBJETIVO LABORAL</w:t>
              <w:br/>
            </w:r>
            <w:r>
              <w:t>Integrarme al área de soporte y resolver incidencias con seguimiento claro y atención cuidadosa a los usuarios.</w:t>
            </w:r>
          </w:p>
        </w:tc>
      </w:tr>
    </w:tbl>
    <w:p>
      <w:r>
        <w:br w:type="page"/>
      </w:r>
    </w:p>
    <w:p>
      <w:pPr>
        <w:pStyle w:val="Title"/>
        <w:spacing w:after="60"/>
      </w:pPr>
      <w:r>
        <w:rPr>
          <w:b/>
          <w:sz w:val="44"/>
        </w:rPr>
        <w:t>SOLICITUD DE EMPLEO</w:t>
      </w:r>
    </w:p>
    <w:p>
      <w:pPr>
        <w:spacing w:after="140"/>
      </w:pPr>
      <w:r>
        <w:t>Ejemplo lleno · Reverso · 2 de 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NOMBRE COMPLETO</w:t>
              <w:br/>
            </w:r>
            <w:r>
              <w:t>Daniela Rivera Soto</w:t>
            </w:r>
          </w:p>
        </w:tc>
        <w:tc>
          <w:tcPr>
            <w:tcW w:type="dxa" w:w="54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PUESTO Y FOLIO</w:t>
              <w:br/>
            </w:r>
            <w:r>
              <w:t>Auxiliar de soporte técnico · ST-0826</w:t>
            </w:r>
          </w:p>
        </w:tc>
      </w:tr>
    </w:tbl>
    <w:p>
      <w:pPr>
        <w:spacing w:after="0" w:line="240" w:lineRule="auto" w:before="0"/>
      </w:pPr>
      <w:r>
        <w:rPr>
          <w:sz w:val="10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00"/>
      </w:tblGrid>
      <w:tr>
        <w:trPr>
          <w:cantSplit/>
        </w:trPr>
        <w:tc>
          <w:tcPr>
            <w:tcW w:type="dxa" w:w="108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9E9E9"/>
          </w:tcPr>
          <w:p>
            <w:r>
              <w:rPr>
                <w:b/>
              </w:rPr>
              <w:t>EMPLEO ACTUAL O ÚLTIMO EMPLEO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EMPRESA</w:t>
              <w:br/>
            </w:r>
            <w:r>
              <w:t>Nexo Sistemas</w:t>
            </w:r>
          </w:p>
        </w:tc>
        <w:tc>
          <w:tcPr>
            <w:tcW w:type="dxa" w:w="54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GIRO</w:t>
              <w:br/>
            </w:r>
            <w:r>
              <w:t>Servicios de soporte informático</w:t>
            </w:r>
          </w:p>
        </w:tc>
      </w:tr>
      <w:tr>
        <w:trPr>
          <w:cantSplit/>
        </w:trPr>
        <w:tc>
          <w:tcPr>
            <w:tcW w:type="dxa" w:w="54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PUESTO DESEMPEÑADO</w:t>
              <w:br/>
            </w:r>
            <w:r>
              <w:t>Auxiliar de mesa de ayuda</w:t>
            </w:r>
          </w:p>
        </w:tc>
        <w:tc>
          <w:tcPr>
            <w:tcW w:type="dxa" w:w="54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PERIODO</w:t>
              <w:br/>
            </w:r>
            <w:r>
              <w:t>Junio de 2024 a julio de 2026</w:t>
            </w:r>
          </w:p>
        </w:tc>
      </w:tr>
      <w:tr>
        <w:trPr>
          <w:cantSplit/>
        </w:trPr>
        <w:tc>
          <w:tcPr>
            <w:tcW w:type="dxa" w:w="54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CIUDAD DE TRABAJO</w:t>
              <w:br/>
            </w:r>
            <w:r>
              <w:t>Puebla, Puebla</w:t>
            </w:r>
          </w:p>
        </w:tc>
        <w:tc>
          <w:tcPr>
            <w:tcW w:type="dxa" w:w="54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TIPO DE CONTRATACIÓN</w:t>
              <w:br/>
            </w:r>
            <w:r>
              <w:t>Tiempo completo</w:t>
            </w:r>
          </w:p>
        </w:tc>
      </w:tr>
      <w:tr>
        <w:trPr>
          <w:cantSplit/>
        </w:trPr>
        <w:tc>
          <w:tcPr>
            <w:tcW w:type="dxa" w:w="54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PERSONA SUPERVISORA</w:t>
              <w:br/>
            </w:r>
            <w:r>
              <w:t>Laura Méndez · Coordinación de soporte</w:t>
            </w:r>
          </w:p>
        </w:tc>
        <w:tc>
          <w:tcPr>
            <w:tcW w:type="dxa" w:w="54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MOTIVO DE SEPARACIÓN</w:t>
              <w:br/>
            </w:r>
            <w:r>
              <w:t>Conclusión del proyecto de soporte.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00"/>
      </w:tblGrid>
      <w:tr>
        <w:trPr>
          <w:cantSplit/>
        </w:trPr>
        <w:tc>
          <w:tcPr>
            <w:tcW w:type="dxa" w:w="108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FUNCIONES PRINCIPALES</w:t>
              <w:br/>
            </w:r>
            <w:r>
              <w:t>Registré y clasifiqué solicitudes, preparé equipos y di seguimiento a incidencias de usuarios.</w:t>
            </w:r>
          </w:p>
        </w:tc>
      </w:tr>
      <w:tr>
        <w:trPr>
          <w:cantSplit/>
        </w:trPr>
        <w:tc>
          <w:tcPr>
            <w:tcW w:type="dxa" w:w="108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RESULTADO CONCRETO</w:t>
              <w:br/>
            </w:r>
            <w:r>
              <w:t>Documenté 36 soluciones frecuentes, validadas por supervisión, para facilitar la atención de casos repetidos.</w:t>
            </w:r>
          </w:p>
        </w:tc>
      </w:tr>
    </w:tbl>
    <w:p>
      <w:pPr>
        <w:spacing w:after="0" w:line="240" w:lineRule="auto" w:before="0"/>
      </w:pPr>
      <w:r>
        <w:rPr>
          <w:sz w:val="10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00"/>
      </w:tblGrid>
      <w:tr>
        <w:trPr>
          <w:cantSplit/>
        </w:trPr>
        <w:tc>
          <w:tcPr>
            <w:tcW w:type="dxa" w:w="108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9E9E9"/>
          </w:tcPr>
          <w:p>
            <w:r>
              <w:rPr>
                <w:b/>
              </w:rPr>
              <w:t>EMPLEOS ANTERIORES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00"/>
      </w:tblGrid>
      <w:tr>
        <w:trPr>
          <w:cantSplit/>
        </w:trPr>
        <w:tc>
          <w:tcPr>
            <w:tcW w:type="dxa" w:w="108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OTRA EXPERIENCIA LABORAL</w:t>
              <w:br/>
            </w:r>
            <w:r>
              <w:t>Sin empleo formal anterior. Durante 2022 a 2024 cursé mis estudios técnicos.</w:t>
            </w:r>
          </w:p>
        </w:tc>
      </w:tr>
    </w:tbl>
    <w:p>
      <w:pPr>
        <w:spacing w:after="0" w:line="240" w:lineRule="auto" w:before="0"/>
      </w:pPr>
      <w:r>
        <w:rPr>
          <w:sz w:val="10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00"/>
      </w:tblGrid>
      <w:tr>
        <w:trPr>
          <w:cantSplit/>
        </w:trPr>
        <w:tc>
          <w:tcPr>
            <w:tcW w:type="dxa" w:w="108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9E9E9"/>
          </w:tcPr>
          <w:p>
            <w:r>
              <w:rPr>
                <w:b/>
              </w:rPr>
              <w:t>REFERENCIAS LABORALES Y ACADÉMICAS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00"/>
        <w:gridCol w:w="3600"/>
        <w:gridCol w:w="3600"/>
      </w:tblGrid>
      <w:tr>
        <w:trPr>
          <w:cantSplit/>
        </w:trPr>
        <w:tc>
          <w:tcPr>
            <w:tcW w:type="dxa" w:w="36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9E9E9"/>
          </w:tcPr>
          <w:p>
            <w:r>
              <w:rPr>
                <w:b/>
              </w:rPr>
              <w:t>NOMBRE Y RELACIÓN</w:t>
            </w:r>
          </w:p>
        </w:tc>
        <w:tc>
          <w:tcPr>
            <w:tcW w:type="dxa" w:w="36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9E9E9"/>
          </w:tcPr>
          <w:p>
            <w:r>
              <w:rPr>
                <w:b/>
              </w:rPr>
              <w:t>ORGANIZACIÓN</w:t>
            </w:r>
          </w:p>
        </w:tc>
        <w:tc>
          <w:tcPr>
            <w:tcW w:type="dxa" w:w="36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9E9E9"/>
          </w:tcPr>
          <w:p>
            <w:r>
              <w:rPr>
                <w:b/>
              </w:rPr>
              <w:t>CONTACTO Y TIEMPO</w:t>
            </w:r>
          </w:p>
        </w:tc>
      </w:tr>
      <w:tr>
        <w:trPr>
          <w:cantSplit/>
        </w:trPr>
        <w:tc>
          <w:tcPr>
            <w:tcW w:type="dxa" w:w="36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Laura Méndez</w:t>
              <w:br/>
            </w:r>
            <w:r>
              <w:t>Supervisora directa</w:t>
            </w:r>
          </w:p>
        </w:tc>
        <w:tc>
          <w:tcPr>
            <w:tcW w:type="dxa" w:w="36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t>Nexo Sistemas</w:t>
            </w:r>
          </w:p>
        </w:tc>
        <w:tc>
          <w:tcPr>
            <w:tcW w:type="dxa" w:w="36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222 555 0168</w:t>
              <w:br/>
            </w:r>
            <w:r>
              <w:t>Dos años</w:t>
            </w:r>
          </w:p>
        </w:tc>
      </w:tr>
      <w:tr>
        <w:trPr>
          <w:cantSplit/>
        </w:trPr>
        <w:tc>
          <w:tcPr>
            <w:tcW w:type="dxa" w:w="36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Arturo Salas</w:t>
              <w:br/>
            </w:r>
            <w:r>
              <w:t>Docente de sistemas</w:t>
            </w:r>
          </w:p>
        </w:tc>
        <w:tc>
          <w:tcPr>
            <w:tcW w:type="dxa" w:w="36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t>Instituto Tecnológico de Puebla</w:t>
            </w:r>
          </w:p>
        </w:tc>
        <w:tc>
          <w:tcPr>
            <w:tcW w:type="dxa" w:w="36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arturo.salas@example.org</w:t>
              <w:br/>
            </w:r>
            <w:r>
              <w:t>Dos años</w:t>
            </w:r>
          </w:p>
        </w:tc>
      </w:tr>
    </w:tbl>
    <w:p>
      <w:pPr>
        <w:spacing w:before="80"/>
      </w:pPr>
      <w:r>
        <w:rPr>
          <w:sz w:val="16"/>
        </w:rPr>
        <w:t>Las personas referidas conocen y autorizan que se les contacte para este proceso.</w:t>
      </w:r>
    </w:p>
    <w:p>
      <w:pPr>
        <w:spacing w:after="0" w:line="240" w:lineRule="auto" w:before="0"/>
      </w:pPr>
      <w:r>
        <w:rPr>
          <w:sz w:val="10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00"/>
      </w:tblGrid>
      <w:tr>
        <w:trPr>
          <w:cantSplit/>
        </w:trPr>
        <w:tc>
          <w:tcPr>
            <w:tcW w:type="dxa" w:w="108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9E9E9"/>
          </w:tcPr>
          <w:p>
            <w:r>
              <w:rPr>
                <w:b/>
              </w:rPr>
              <w:t>INFORMACIÓN COMPLEMENTARIA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¿CÓMO SE ENTERÓ DE LA VACANTE?</w:t>
              <w:br/>
            </w:r>
            <w:r>
              <w:t>Bolsa de trabajo en línea de la empresa.</w:t>
            </w:r>
          </w:p>
        </w:tc>
        <w:tc>
          <w:tcPr>
            <w:tcW w:type="dxa" w:w="54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¿TRABAJA ACTUALMENTE?</w:t>
              <w:br/>
            </w:r>
            <w:r>
              <w:t>No. Mi último proyecto concluyó en julio.</w:t>
            </w:r>
          </w:p>
        </w:tc>
      </w:tr>
      <w:tr>
        <w:trPr>
          <w:cantSplit/>
        </w:trPr>
        <w:tc>
          <w:tcPr>
            <w:tcW w:type="dxa" w:w="54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¿POR QUÉ LE INTERESA EL PUESTO?</w:t>
              <w:br/>
            </w:r>
            <w:r>
              <w:t>Coincide con mi experiencia de soporte y atención a usuarios.</w:t>
            </w:r>
          </w:p>
        </w:tc>
        <w:tc>
          <w:tcPr>
            <w:tcW w:type="dxa" w:w="54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¿PUEDE ACUDIR A ENTREVISTA?</w:t>
              <w:br/>
            </w:r>
            <w:r>
              <w:t>Sí, con confirmación previa por correo.</w:t>
            </w:r>
          </w:p>
        </w:tc>
      </w:tr>
    </w:tbl>
    <w:p>
      <w:pPr>
        <w:spacing w:after="0" w:line="240" w:lineRule="auto" w:before="0"/>
      </w:pPr>
      <w:r>
        <w:rPr>
          <w:sz w:val="10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00"/>
      </w:tblGrid>
      <w:tr>
        <w:trPr>
          <w:cantSplit/>
        </w:trPr>
        <w:tc>
          <w:tcPr>
            <w:tcW w:type="dxa" w:w="108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9E9E9"/>
          </w:tcPr>
          <w:p>
            <w:r>
              <w:rPr>
                <w:b/>
              </w:rPr>
              <w:t>DECLARACIÓN DE LA PERSONA SOLICITANTE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00"/>
      </w:tblGrid>
      <w:tr>
        <w:trPr>
          <w:cantSplit/>
        </w:trPr>
        <w:tc>
          <w:tcPr>
            <w:tcW w:type="dxa" w:w="108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t>Confirmo que la información de esta solicitud es verdadera y que pude consultar el aviso de privacidad del proceso.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00"/>
        <w:gridCol w:w="3600"/>
      </w:tblGrid>
      <w:tr>
        <w:trPr>
          <w:cantSplit/>
        </w:trPr>
        <w:tc>
          <w:tcPr>
            <w:tcW w:type="dxa" w:w="72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NOMBRE DE QUIEN DECLARA</w:t>
              <w:br/>
            </w:r>
            <w:r>
              <w:t>Daniela Rivera Soto</w:t>
            </w:r>
          </w:p>
        </w:tc>
        <w:tc>
          <w:tcPr>
            <w:tcW w:type="dxa" w:w="36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rPr>
                <w:b/>
                <w:sz w:val="16"/>
              </w:rPr>
              <w:t>FECHA</w:t>
              <w:br/>
            </w:r>
            <w:r>
              <w:t>9 de agosto de 2026</w:t>
            </w:r>
          </w:p>
        </w:tc>
      </w:tr>
    </w:tbl>
    <w:p>
      <w:pPr>
        <w:spacing w:after="0" w:line="240" w:lineRule="auto" w:before="0"/>
      </w:pPr>
      <w:r>
        <w:rPr>
          <w:sz w:val="10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00"/>
      </w:tblGrid>
      <w:tr>
        <w:trPr>
          <w:cantSplit/>
        </w:trPr>
        <w:tc>
          <w:tcPr>
            <w:tcW w:type="dxa" w:w="108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9E9E9"/>
          </w:tcPr>
          <w:p>
            <w:r>
              <w:rPr>
                <w:b/>
              </w:rPr>
              <w:t>USO EXCLUSIVO DE LA EMPRESA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00"/>
        <w:gridCol w:w="3600"/>
        <w:gridCol w:w="3600"/>
      </w:tblGrid>
      <w:tr>
        <w:trPr>
          <w:cantSplit/>
        </w:trPr>
        <w:tc>
          <w:tcPr>
            <w:tcW w:type="dxa" w:w="36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9E9E9"/>
          </w:tcPr>
          <w:p>
            <w:r>
              <w:rPr>
                <w:b/>
              </w:rPr>
              <w:t>ENTREVISTA</w:t>
            </w:r>
          </w:p>
        </w:tc>
        <w:tc>
          <w:tcPr>
            <w:tcW w:type="dxa" w:w="36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9E9E9"/>
          </w:tcPr>
          <w:p>
            <w:r>
              <w:rPr>
                <w:b/>
              </w:rPr>
              <w:t>RESPONSABLE</w:t>
            </w:r>
          </w:p>
        </w:tc>
        <w:tc>
          <w:tcPr>
            <w:tcW w:type="dxa" w:w="36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  <w:shd w:fill="E9E9E9"/>
          </w:tcPr>
          <w:p>
            <w:r>
              <w:rPr>
                <w:b/>
              </w:rPr>
              <w:t>DECISIÓN</w:t>
            </w:r>
          </w:p>
        </w:tc>
      </w:tr>
      <w:tr>
        <w:trPr>
          <w:cantSplit/>
        </w:trPr>
        <w:tc>
          <w:tcPr>
            <w:tcW w:type="dxa" w:w="36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t>Pendiente</w:t>
            </w:r>
          </w:p>
        </w:tc>
        <w:tc>
          <w:tcPr>
            <w:tcW w:type="dxa" w:w="36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t>Pendiente de asignación</w:t>
            </w:r>
          </w:p>
        </w:tc>
        <w:tc>
          <w:tcPr>
            <w:tcW w:type="dxa" w:w="3600"/>
            <w:vAlign w:val="center"/>
            <w:tcBorders>
              <w:top w:val="single" w:sz="5" w:color="999999"/>
              <w:left w:val="single" w:sz="5" w:color="999999"/>
              <w:bottom w:val="single" w:sz="5" w:color="999999"/>
              <w:right w:val="single" w:sz="5" w:color="999999"/>
            </w:tcBorders>
            <w:tcMar>
              <w:top w:w="55" w:type="dxa"/>
              <w:bottom w:w="55" w:type="dxa"/>
              <w:left w:w="90" w:type="dxa"/>
              <w:right w:w="90" w:type="dxa"/>
            </w:tcMar>
          </w:tcPr>
          <w:p>
            <w:r>
              <w:t>Pendiente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91" w:right="720" w:bottom="691" w:left="720" w:header="720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ejemplode.com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empleo llena</dc:title>
  <dc:subject/>
  <dc:creator>Ejemplode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