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Solicitud de empleo</w:t>
      </w:r>
    </w:p>
    <w:p>
      <w:pPr>
        <w:pStyle w:val="Subtitle"/>
      </w:pPr>
      <w:r>
        <w:rPr>
          <w:color w:val="000000"/>
          <w:sz w:val="22"/>
        </w:rPr>
        <w:t>Vacante, contacto, perfil y experiencia</w:t>
      </w:r>
    </w:p>
    <w:p>
      <w:pPr>
        <w:pStyle w:val="Heading1"/>
        <w:keepNext/>
        <w:spacing w:before="180"/>
      </w:pPr>
      <w:r>
        <w:rPr>
          <w:color w:val="000000"/>
        </w:rPr>
        <w:t>Vacante y contacto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2520"/>
        <w:gridCol w:w="7992"/>
      </w:tblGrid>
      <w:tr>
        <w:trPr>
          <w:trHeight w:val="58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Puesto y folio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Fecha de solicitud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Nombre completo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Ciudad y estado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Teléfono y correo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Medio de contacto preferido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pStyle w:val="Heading1"/>
        <w:keepNext/>
        <w:spacing w:before="180"/>
      </w:pPr>
      <w:r>
        <w:rPr>
          <w:color w:val="000000"/>
        </w:rPr>
        <w:t>Perfil para el puesto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2520"/>
        <w:gridCol w:w="7992"/>
      </w:tblGrid>
      <w:tr>
        <w:trPr>
          <w:trHeight w:val="96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Perfil y habilidades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96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Herramientas e idiomas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pStyle w:val="Heading1"/>
        <w:keepNext/>
        <w:spacing w:before="180"/>
      </w:pPr>
      <w:r>
        <w:rPr>
          <w:color w:val="000000"/>
        </w:rPr>
        <w:t>Experiencia relacionada</w:t>
      </w:r>
    </w:p>
    <w:p>
      <w:r>
        <w:rPr>
          <w:color w:val="000000"/>
        </w:rPr>
        <w:t>Incluye empleos, prácticas o proyectos e identifica cada caso. Puedes ampliar filas en Word.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3384"/>
        <w:gridCol w:w="1656"/>
        <w:gridCol w:w="5472"/>
      </w:tblGrid>
      <w:tr>
        <w:trPr>
          <w:trHeight w:val="480" w:hRule="atLeast"/>
          <w:cantSplit/>
          <w:tblHeader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Organización y puesto o actividad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Periodo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Funciones y resultados</w:t>
            </w:r>
          </w:p>
        </w:tc>
      </w:tr>
      <w:tr>
        <w:trPr>
          <w:trHeight w:val="1560" w:hRule="atLeast"/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1560" w:hRule="atLeast"/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spacing w:after="40"/>
      </w:pPr>
    </w:p>
    <w:p>
      <w:r>
        <w:rPr>
          <w:color w:val="000000"/>
        </w:rPr>
        <w:br w:type="page"/>
      </w:r>
    </w:p>
    <w:p>
      <w:pPr>
        <w:pStyle w:val="Title"/>
      </w:pPr>
      <w:r>
        <w:rPr>
          <w:color w:val="000000"/>
        </w:rPr>
        <w:t>Solicitud de empleo</w:t>
      </w:r>
    </w:p>
    <w:p>
      <w:pPr>
        <w:pStyle w:val="Subtitle"/>
      </w:pPr>
      <w:r>
        <w:rPr>
          <w:color w:val="000000"/>
          <w:sz w:val="22"/>
        </w:rPr>
        <w:t>Formación, disponibilidad y seguimiento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2520"/>
        <w:gridCol w:w="7992"/>
      </w:tblGrid>
      <w:tr>
        <w:trPr>
          <w:trHeight w:val="58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Nombre completo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Puesto y folio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pStyle w:val="Heading1"/>
        <w:keepNext/>
        <w:spacing w:before="180"/>
      </w:pPr>
      <w:r>
        <w:rPr>
          <w:color w:val="000000"/>
        </w:rPr>
        <w:t>Formación pertinente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4968"/>
        <w:gridCol w:w="1800"/>
        <w:gridCol w:w="3744"/>
      </w:tblGrid>
      <w:tr>
        <w:trPr>
          <w:trHeight w:val="480" w:hRule="atLeast"/>
          <w:cantSplit/>
          <w:tblHeader/>
        </w:trPr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Institución y estudios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Periodo o año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Estado o acreditación</w:t>
            </w:r>
          </w:p>
        </w:tc>
      </w:tr>
      <w:tr>
        <w:trPr>
          <w:trHeight w:val="800" w:hRule="atLeast"/>
          <w:cantSplit/>
        </w:trPr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800" w:hRule="atLeast"/>
          <w:cantSplit/>
        </w:trPr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spacing w:after="40"/>
      </w:pPr>
    </w:p>
    <w:p>
      <w:pPr>
        <w:pStyle w:val="Heading1"/>
        <w:keepNext/>
        <w:spacing w:before="180"/>
      </w:pPr>
      <w:r>
        <w:rPr>
          <w:color w:val="000000"/>
        </w:rPr>
        <w:t>Disponibilidad y expectativa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2520"/>
        <w:gridCol w:w="7992"/>
      </w:tblGrid>
      <w:tr>
        <w:trPr>
          <w:trHeight w:val="62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Fecha para iniciar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62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Horario y movilidad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62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Expectativa salarial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r>
        <w:rPr>
          <w:color w:val="000000"/>
        </w:rPr>
        <w:t>Si indicas una cantidad, especifica moneda, periodicidad y si es bruta o neta.</w:t>
      </w:r>
    </w:p>
    <w:p>
      <w:pPr>
        <w:pStyle w:val="Heading1"/>
        <w:keepNext/>
        <w:spacing w:before="180"/>
      </w:pPr>
      <w:r>
        <w:rPr>
          <w:color w:val="000000"/>
        </w:rPr>
        <w:t>Referencias y declaración</w:t>
      </w:r>
    </w:p>
    <w:p>
      <w:r>
        <w:rPr>
          <w:color w:val="000000"/>
        </w:rPr>
        <w:t>Las referencias se proporcionan cuando se soliciten y con conocimiento de las personas referidas.</w:t>
      </w:r>
    </w:p>
    <w:p>
      <w:r>
        <w:rPr>
          <w:color w:val="000000"/>
        </w:rPr>
        <w:t>Declaro que la información proporcionada es correcta. He consultado el aviso de privacidad de la organización receptora.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2520"/>
        <w:gridCol w:w="7992"/>
      </w:tblGrid>
      <w:tr>
        <w:trPr>
          <w:trHeight w:val="60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Nombre y firma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600" w:hRule="atLeast"/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Fecha</w:t>
            </w:r>
          </w:p>
        </w:tc>
        <w:tc>
          <w:tcPr>
            <w:tcW w:type="dxa" w:w="79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pStyle w:val="Heading1"/>
        <w:keepNext/>
        <w:spacing w:before="180"/>
      </w:pPr>
      <w:r>
        <w:rPr>
          <w:color w:val="000000"/>
        </w:rPr>
        <w:t>Uso interno de la organización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3024"/>
        <w:gridCol w:w="2376"/>
        <w:gridCol w:w="2664"/>
        <w:gridCol w:w="2448"/>
      </w:tblGrid>
      <w:tr>
        <w:trPr>
          <w:trHeight w:val="480" w:hRule="atLeast"/>
          <w:cantSplit/>
          <w:tblHeader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Revisión contra criterios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Siguiente etapa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Responsable y fecha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Decisión</w:t>
            </w:r>
          </w:p>
        </w:tc>
      </w:tr>
      <w:tr>
        <w:trPr>
          <w:trHeight w:val="880" w:hRule="atLeast"/>
          <w:cantSplit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spacing w:after="0" w:before="0" w:line="20" w:lineRule="exact"/>
      </w:pPr>
      <w:r>
        <w:rPr>
          <w:color w:val="000000"/>
          <w:sz w:val="2"/>
        </w:rPr>
      </w:r>
    </w:p>
    <w:sectPr w:rsidR="00FC693F" w:rsidRPr="0006063C" w:rsidSect="00034616">
      <w:footerReference w:type="default" r:id="rId9"/>
      <w:pgSz w:w="12240" w:h="15840"/>
      <w:pgMar w:top="792" w:right="864" w:bottom="792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ejemplode.com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empleo para completar</dc:title>
  <dc:subject/>
  <dc:creator>Ejemplode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