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Carta pedido</w:t>
      </w:r>
    </w:p>
    <w:p>
      <w:r>
        <w:t>Lugar y fecha: _______________________  Pedido n.º: ______________</w:t>
      </w:r>
    </w:p>
    <w:p>
      <w:r>
        <w:t>Cliente o empresa: ____________________  Contacto: ______________</w:t>
      </w:r>
    </w:p>
    <w:p>
      <w:r>
        <w:t>Proveedor: ___________________________  Atención: ______________</w:t>
      </w:r>
    </w:p>
    <w:p>
      <w:r>
        <w:t>Solicitamos los siguientes productos conforme a las condiciones indicadas:</w:t>
      </w:r>
    </w:p>
    <w:tbl>
      <w:tblPr>
        <w:tblLayout w:type="fixed"/>
        <w:tblLook w:firstColumn="1" w:firstRow="1" w:lastColumn="0" w:lastRow="0" w:noHBand="0" w:noVBand="1" w:val="04A0"/>
        <w:tblW w:type="dxa" w:w="10512"/>
        <w:jc w:val="left"/>
      </w:tblPr>
      <w:tblGrid>
        <w:gridCol w:w="936"/>
        <w:gridCol w:w="936"/>
        <w:gridCol w:w="5040"/>
        <w:gridCol w:w="1800"/>
        <w:gridCol w:w="1800"/>
      </w:tblGrid>
      <w:tr>
        <w:trPr>
          <w:trHeight w:val="580" w:hRule="atLeast"/>
          <w:cantSplit/>
          <w:tblHeader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Cantidad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Unidad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Producto y referencia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Precio unitario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Importe</w:t>
            </w:r>
          </w:p>
        </w:tc>
      </w:tr>
      <w:tr>
        <w:trPr>
          <w:trHeight w:val="580" w:hRule="atLeast"/>
          <w:cantSplit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80" w:hRule="atLeast"/>
          <w:cantSplit/>
        </w:trPr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spacing w:after="40"/>
      </w:pPr>
    </w:p>
    <w:p>
      <w:r>
        <w:t>Moneda: __________  Subtotal: __________  Impuestos: __________  Total: __________</w:t>
      </w:r>
    </w:p>
    <w:p>
      <w:r>
        <w:t>Lugar de entrega: __________________________________________________</w:t>
      </w:r>
    </w:p>
    <w:p>
      <w:r>
        <w:t>Fecha de entrega acordada: ______________  Forma de pago: ______________</w:t>
      </w:r>
    </w:p>
    <w:p>
      <w:r>
        <w:t>Condiciones y observaciones: ________________________________________</w:t>
      </w:r>
    </w:p>
    <w:p>
      <w:r>
        <w:t>_________________________________________________________________</w:t>
      </w:r>
    </w:p>
    <w:p>
      <w:r>
        <w:t>Solicitamos confirmar cantidades, referencias, importe y fecha de entrega.</w:t>
      </w:r>
    </w:p>
    <w:p>
      <w:r>
        <w:t>Atentamente,</w:t>
      </w:r>
    </w:p>
    <w:p>
      <w:r>
        <w:t>Nombre y cargo: __________________________  Firma: __________________</w:t>
      </w:r>
    </w:p>
    <w:sectPr w:rsidR="00FC693F" w:rsidRPr="0006063C" w:rsidSect="00034616">
      <w:footerReference w:type="default" r:id="rId9"/>
      <w:pgSz w:w="12240" w:h="15840"/>
      <w:pgMar w:top="792" w:right="864" w:bottom="792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ejemplode.com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