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100" w:before="160"/>
      </w:pPr>
      <w:r>
        <w:rPr>
          <w:rFonts w:ascii="Arial" w:hAnsi="Arial"/>
          <w:b/>
          <w:color w:val="000000"/>
          <w:sz w:val="36"/>
        </w:rPr>
        <w:t>ACTA DE ACUERDOS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512"/>
        <w:gridCol w:w="3672"/>
        <w:gridCol w:w="1512"/>
        <w:gridCol w:w="3672"/>
      </w:tblGrid>
      <w:tr>
        <w:trPr>
          <w:trHeight w:val="540" w:hRule="atLeast"/>
          <w:cantSplit/>
        </w:trPr>
        <w:tc>
          <w:tcPr>
            <w:tcW w:type="dxa" w:w="151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Folio o sesión</w:t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Fecha</w:t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40" w:hRule="atLeast"/>
          <w:cantSplit/>
        </w:trPr>
        <w:tc>
          <w:tcPr>
            <w:tcW w:type="dxa" w:w="151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Órgano o equipo</w:t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Lugar o medio</w:t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40" w:hRule="atLeast"/>
          <w:cantSplit/>
        </w:trPr>
        <w:tc>
          <w:tcPr>
            <w:tcW w:type="dxa" w:w="151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Inicio</w:t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Cierre</w:t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spacing w:before="160" w:after="100"/>
      </w:pPr>
      <w:r>
        <w:rPr>
          <w:rFonts w:ascii="Arial" w:hAnsi="Arial"/>
          <w:b/>
          <w:color w:val="000000"/>
          <w:sz w:val="20"/>
        </w:rPr>
        <w:t>CONVOCATORIA Y OBJETIVO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0368"/>
      </w:tblGrid>
      <w:tr>
        <w:trPr>
          <w:trHeight w:val="1280" w:hRule="atLeast"/>
          <w:cantSplit/>
        </w:trPr>
        <w:tc>
          <w:tcPr>
            <w:tcW w:type="dxa" w:w="1036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spacing w:before="160" w:after="100"/>
      </w:pPr>
      <w:r>
        <w:rPr>
          <w:rFonts w:ascii="Arial" w:hAnsi="Arial"/>
          <w:b/>
          <w:color w:val="000000"/>
          <w:sz w:val="20"/>
        </w:rPr>
        <w:t>ASISTENCIA Y REGLA DE DECISIÓN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3456"/>
        <w:gridCol w:w="2880"/>
        <w:gridCol w:w="2448"/>
        <w:gridCol w:w="1584"/>
      </w:tblGrid>
      <w:tr>
        <w:trPr>
          <w:trHeight w:val="500" w:hRule="atLeast"/>
          <w:cantSplit/>
          <w:tblHeader/>
        </w:trPr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Nombre</w:t>
            </w:r>
          </w:p>
        </w:tc>
        <w:tc>
          <w:tcPr>
            <w:tcW w:type="dxa" w:w="288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Función</w:t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Participación</w:t>
            </w:r>
          </w:p>
        </w:tc>
        <w:tc>
          <w:tcPr>
            <w:tcW w:type="dxa" w:w="15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Asistencia</w:t>
            </w:r>
          </w:p>
        </w:tc>
      </w:tr>
      <w:tr>
        <w:trPr>
          <w:trHeight w:val="680" w:hRule="atLeast"/>
          <w:cantSplit/>
        </w:trPr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680" w:hRule="atLeast"/>
          <w:cantSplit/>
        </w:trPr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680" w:hRule="atLeast"/>
          <w:cantSplit/>
        </w:trPr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680" w:hRule="atLeast"/>
          <w:cantSplit/>
        </w:trPr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680" w:hRule="atLeast"/>
          <w:cantSplit/>
        </w:trPr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spacing w:before="140" w:after="140"/>
      </w:pPr>
      <w:r>
        <w:t>Regla de decisión acordada: _______________________________________</w:t>
      </w:r>
    </w:p>
    <w:p>
      <w:pPr>
        <w:keepNext/>
        <w:spacing w:before="160" w:after="100"/>
      </w:pPr>
      <w:r>
        <w:rPr>
          <w:rFonts w:ascii="Arial" w:hAnsi="Arial"/>
          <w:b/>
          <w:color w:val="000000"/>
          <w:sz w:val="20"/>
        </w:rPr>
        <w:t>ORDEN DEL DÍA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0368"/>
      </w:tblGrid>
      <w:tr>
        <w:trPr>
          <w:trHeight w:val="1900" w:hRule="atLeast"/>
          <w:cantSplit/>
        </w:trPr>
        <w:tc>
          <w:tcPr>
            <w:tcW w:type="dxa" w:w="1036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pageBreakBefore/>
        <w:spacing w:before="160" w:after="100"/>
      </w:pPr>
      <w:r>
        <w:rPr>
          <w:rFonts w:ascii="Arial" w:hAnsi="Arial"/>
          <w:b/>
          <w:color w:val="000000"/>
          <w:sz w:val="20"/>
        </w:rPr>
        <w:t>ACUERDOS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720"/>
        <w:gridCol w:w="3384"/>
        <w:gridCol w:w="1656"/>
        <w:gridCol w:w="1440"/>
        <w:gridCol w:w="2016"/>
        <w:gridCol w:w="1152"/>
      </w:tblGrid>
      <w:tr>
        <w:trPr>
          <w:trHeight w:val="500" w:hRule="atLeast"/>
          <w:cantSplit/>
          <w:tblHeader/>
        </w:trPr>
        <w:tc>
          <w:tcPr>
            <w:tcW w:type="dxa" w:w="7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Clave</w:t>
            </w:r>
          </w:p>
        </w:tc>
        <w:tc>
          <w:tcPr>
            <w:tcW w:type="dxa" w:w="33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Acuerdo y meta</w:t>
            </w:r>
          </w:p>
        </w:tc>
        <w:tc>
          <w:tcPr>
            <w:tcW w:type="dxa" w:w="16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201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Evidencia</w:t>
            </w:r>
          </w:p>
        </w:tc>
        <w:tc>
          <w:tcPr>
            <w:tcW w:type="dxa" w:w="11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Estado</w:t>
            </w:r>
          </w:p>
        </w:tc>
      </w:tr>
      <w:tr>
        <w:trPr>
          <w:trHeight w:val="720" w:hRule="atLeast"/>
          <w:cantSplit/>
        </w:trPr>
        <w:tc>
          <w:tcPr>
            <w:tcW w:type="dxa" w:w="7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720" w:hRule="atLeast"/>
          <w:cantSplit/>
        </w:trPr>
        <w:tc>
          <w:tcPr>
            <w:tcW w:type="dxa" w:w="7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720" w:hRule="atLeast"/>
          <w:cantSplit/>
        </w:trPr>
        <w:tc>
          <w:tcPr>
            <w:tcW w:type="dxa" w:w="7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720" w:hRule="atLeast"/>
          <w:cantSplit/>
        </w:trPr>
        <w:tc>
          <w:tcPr>
            <w:tcW w:type="dxa" w:w="7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38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spacing w:before="160" w:after="100"/>
      </w:pPr>
      <w:r>
        <w:rPr>
          <w:rFonts w:ascii="Arial" w:hAnsi="Arial"/>
          <w:b/>
          <w:color w:val="000000"/>
          <w:sz w:val="20"/>
        </w:rPr>
        <w:t>APROBACIÓN, OBJECIONES Y PENDIENTES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0368"/>
      </w:tblGrid>
      <w:tr>
        <w:trPr>
          <w:trHeight w:val="1040" w:hRule="atLeast"/>
          <w:cantSplit/>
        </w:trPr>
        <w:tc>
          <w:tcPr>
            <w:tcW w:type="dxa" w:w="1036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spacing w:before="160" w:after="100"/>
      </w:pPr>
      <w:r>
        <w:rPr>
          <w:rFonts w:ascii="Arial" w:hAnsi="Arial"/>
          <w:b/>
          <w:color w:val="000000"/>
          <w:sz w:val="20"/>
        </w:rPr>
        <w:t>SEGUIMIENTO DE ACUERDOS ANTERIORES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936"/>
        <w:gridCol w:w="3672"/>
        <w:gridCol w:w="1440"/>
        <w:gridCol w:w="864"/>
        <w:gridCol w:w="3456"/>
      </w:tblGrid>
      <w:tr>
        <w:trPr>
          <w:trHeight w:val="500" w:hRule="atLeast"/>
          <w:cantSplit/>
          <w:tblHeader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Clave</w:t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Acuerdo</w:t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Estado</w:t>
            </w:r>
          </w:p>
        </w:tc>
        <w:tc>
          <w:tcPr>
            <w:tcW w:type="dxa" w:w="8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Avance</w:t>
            </w:r>
          </w:p>
        </w:tc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Comentario</w:t>
            </w: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8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8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672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86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spacing w:before="160" w:after="100"/>
      </w:pPr>
      <w:r>
        <w:rPr>
          <w:rFonts w:ascii="Arial" w:hAnsi="Arial"/>
          <w:b/>
          <w:color w:val="000000"/>
          <w:sz w:val="20"/>
        </w:rPr>
        <w:t>CONTROL DE VERSIÓN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936"/>
        <w:gridCol w:w="1440"/>
        <w:gridCol w:w="2376"/>
        <w:gridCol w:w="5616"/>
      </w:tblGrid>
      <w:tr>
        <w:trPr>
          <w:trHeight w:val="500" w:hRule="atLeast"/>
          <w:cantSplit/>
          <w:tblHeader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Versión</w:t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237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Elaboró</w:t>
            </w:r>
          </w:p>
        </w:tc>
        <w:tc>
          <w:tcPr>
            <w:tcW w:type="dxa" w:w="561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3F5"/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Cambio</w:t>
            </w:r>
          </w:p>
        </w:tc>
      </w:tr>
      <w:tr>
        <w:trPr>
          <w:trHeight w:val="480" w:hRule="atLeast"/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561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spacing w:before="160" w:after="100"/>
      </w:pPr>
      <w:r>
        <w:rPr>
          <w:rFonts w:ascii="Arial" w:hAnsi="Arial"/>
          <w:b/>
          <w:color w:val="000000"/>
          <w:sz w:val="20"/>
        </w:rPr>
        <w:t>FIRMAS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3456"/>
        <w:gridCol w:w="3456"/>
        <w:gridCol w:w="3456"/>
      </w:tblGrid>
      <w:tr>
        <w:trPr>
          <w:trHeight w:val="700" w:hRule="atLeast"/>
          <w:cantSplit/>
        </w:trPr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br/>
              <w:t>________________________</w:t>
            </w:r>
          </w:p>
        </w:tc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br/>
              <w:t>________________________</w:t>
            </w:r>
          </w:p>
        </w:tc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br/>
              <w:t>________________________</w:t>
            </w:r>
          </w:p>
        </w:tc>
      </w:tr>
      <w:tr>
        <w:trPr>
          <w:trHeight w:val="360" w:hRule="atLeast"/>
          <w:cantSplit/>
        </w:trPr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Coordina</w:t>
            </w:r>
          </w:p>
        </w:tc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Secretaría</w:t>
            </w:r>
          </w:p>
        </w:tc>
        <w:tc>
          <w:tcPr>
            <w:tcW w:type="dxa" w:w="345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Representante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936" w:right="792" w:bottom="864" w:left="792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5A5A"/>
        <w:sz w:val="16"/>
      </w:rPr>
      <w:t xml:space="preserve">ejemplode.com  |  Página </w:t>
    </w:r>
    <w:fldSimple w:instr="PAGE"/>
    <w:r>
      <w:rPr>
        <w:color w:val="5A5A5A"/>
        <w:sz w:val="16"/>
      </w:rPr>
      <w:t xml:space="preserve"> de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A5A5A"/>
        <w:sz w:val="18"/>
      </w:rPr>
      <w:t>Folio o sesión: 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