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rPr>
          <w:rFonts w:ascii="Arial" w:hAnsi="Arial"/>
          <w:b/>
          <w:color w:val="073B5C"/>
          <w:sz w:val="31"/>
        </w:rPr>
        <w:t>RESUMEN DE ESTANCIA Y DATOS PARA FACTURACIÓN</w:t>
      </w:r>
    </w:p>
    <w:p>
      <w:pPr>
        <w:spacing w:before="0" w:after="60"/>
        <w:jc w:val="center"/>
      </w:pPr>
      <w:r>
        <w:rPr>
          <w:rFonts w:ascii="Arial" w:hAnsi="Arial"/>
          <w:b w:val="0"/>
          <w:color w:val="4F6878"/>
          <w:sz w:val="17"/>
        </w:rPr>
        <w:t>Formato editable para reunir cargos y datos del receptor</w:t>
      </w:r>
    </w:p>
    <w:tbl>
      <w:tblPr>
        <w:tblW w:type="dxa" w:w="108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073B5C"/>
          <w:left w:val="single" w:sz="4" w:color="073B5C"/>
          <w:bottom w:val="single" w:sz="4" w:color="073B5C"/>
          <w:right w:val="single" w:sz="4" w:color="073B5C"/>
          <w:insideH w:val="single" w:sz="4" w:color="073B5C"/>
          <w:insideV w:val="single" w:sz="4" w:color="073B5C"/>
        </w:tblBorders>
      </w:tblPr>
      <w:tblGrid>
        <w:gridCol w:w="10800"/>
      </w:tblGrid>
      <w:tr>
        <w:trPr>
          <w:trHeight w:val="360" w:hRule="atLeast"/>
        </w:trPr>
        <w:tc>
          <w:tcPr>
            <w:tcW w:type="dxa" w:w="1080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HOTEL Y RESERVACIÓN</w:t>
            </w:r>
          </w:p>
        </w:tc>
      </w:tr>
    </w:tbl>
    <w:tbl>
      <w:tblPr>
        <w:tblW w:type="dxa" w:w="108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2000"/>
        <w:gridCol w:w="3400"/>
        <w:gridCol w:w="2000"/>
        <w:gridCol w:w="3400"/>
      </w:tblGrid>
      <w:tr>
        <w:trPr>
          <w:trHeight w:val="360" w:hRule="atLeast"/>
        </w:trPr>
        <w:tc>
          <w:tcPr>
            <w:tcW w:type="dxa" w:w="2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Hotel</w:t>
            </w:r>
          </w:p>
        </w:tc>
        <w:tc>
          <w:tcPr>
            <w:tcW w:type="dxa" w:w="34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Folio</w:t>
            </w:r>
          </w:p>
        </w:tc>
        <w:tc>
          <w:tcPr>
            <w:tcW w:type="dxa" w:w="34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2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Huésped</w:t>
            </w:r>
          </w:p>
        </w:tc>
        <w:tc>
          <w:tcPr>
            <w:tcW w:type="dxa" w:w="34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Habitación</w:t>
            </w:r>
          </w:p>
        </w:tc>
        <w:tc>
          <w:tcPr>
            <w:tcW w:type="dxa" w:w="34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2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Entrada</w:t>
            </w:r>
          </w:p>
        </w:tc>
        <w:tc>
          <w:tcPr>
            <w:tcW w:type="dxa" w:w="34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Salida</w:t>
            </w:r>
          </w:p>
        </w:tc>
        <w:tc>
          <w:tcPr>
            <w:tcW w:type="dxa" w:w="34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2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Lugar</w:t>
            </w:r>
          </w:p>
        </w:tc>
        <w:tc>
          <w:tcPr>
            <w:tcW w:type="dxa" w:w="34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Moneda</w:t>
            </w:r>
          </w:p>
        </w:tc>
        <w:tc>
          <w:tcPr>
            <w:tcW w:type="dxa" w:w="34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tbl>
      <w:tblPr>
        <w:tblW w:type="dxa" w:w="108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073B5C"/>
          <w:left w:val="single" w:sz="4" w:color="073B5C"/>
          <w:bottom w:val="single" w:sz="4" w:color="073B5C"/>
          <w:right w:val="single" w:sz="4" w:color="073B5C"/>
          <w:insideH w:val="single" w:sz="4" w:color="073B5C"/>
          <w:insideV w:val="single" w:sz="4" w:color="073B5C"/>
        </w:tblBorders>
      </w:tblPr>
      <w:tblGrid>
        <w:gridCol w:w="10800"/>
      </w:tblGrid>
      <w:tr>
        <w:trPr>
          <w:trHeight w:val="360" w:hRule="atLeast"/>
        </w:trPr>
        <w:tc>
          <w:tcPr>
            <w:tcW w:type="dxa" w:w="1080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DETALLE DE CARGOS</w:t>
            </w:r>
          </w:p>
        </w:tc>
      </w:tr>
    </w:tbl>
    <w:tbl>
      <w:tblPr>
        <w:tblW w:type="dxa" w:w="108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1450"/>
        <w:gridCol w:w="4450"/>
        <w:gridCol w:w="1050"/>
        <w:gridCol w:w="1900"/>
        <w:gridCol w:w="1950"/>
      </w:tblGrid>
      <w:tr>
        <w:trPr>
          <w:tblHeader w:val="true"/>
        </w:trPr>
        <w:tc>
          <w:tcPr>
            <w:tcW w:type="dxa" w:w="1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FECHA</w:t>
            </w:r>
          </w:p>
        </w:tc>
        <w:tc>
          <w:tcPr>
            <w:tcW w:type="dxa" w:w="4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CONCEPTO</w:t>
            </w:r>
          </w:p>
        </w:tc>
        <w:tc>
          <w:tcPr>
            <w:tcW w:type="dxa" w:w="1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CANT.</w:t>
            </w:r>
          </w:p>
        </w:tc>
        <w:tc>
          <w:tcPr>
            <w:tcW w:type="dxa" w:w="19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PRECIO</w:t>
            </w:r>
          </w:p>
        </w:tc>
        <w:tc>
          <w:tcPr>
            <w:tcW w:type="dxa" w:w="19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  <w:shd w:fill="073B5C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IMPORTE</w:t>
            </w:r>
          </w:p>
        </w:tc>
      </w:tr>
      <w:tr>
        <w:trPr>
          <w:trHeight w:val="340" w:hRule="atLeast"/>
        </w:trPr>
        <w:tc>
          <w:tcPr>
            <w:tcW w:type="dxa" w:w="1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4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type="dxa" w:w="1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4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type="dxa" w:w="1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4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type="dxa" w:w="1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4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type="dxa" w:w="1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4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340" w:hRule="atLeast"/>
        </w:trPr>
        <w:tc>
          <w:tcPr>
            <w:tcW w:type="dxa" w:w="1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44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0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95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</w:tbl>
    <w:tbl>
      <w:tblPr>
        <w:tblW w:type="dxa" w:w="108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7000"/>
        <w:gridCol w:w="3800"/>
      </w:tblGrid>
      <w:tr>
        <w:trPr>
          <w:trHeight w:val="340" w:hRule="atLeast"/>
        </w:trPr>
        <w:tc>
          <w:tcPr>
            <w:tcW w:type="dxa" w:w="7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Subtotal</w:t>
            </w:r>
          </w:p>
        </w:tc>
        <w:tc>
          <w:tcPr>
            <w:tcW w:type="dxa" w:w="38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7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Impuestos o tasas</w:t>
            </w:r>
          </w:p>
        </w:tc>
        <w:tc>
          <w:tcPr>
            <w:tcW w:type="dxa" w:w="38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70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Descuentos</w:t>
            </w:r>
          </w:p>
        </w:tc>
        <w:tc>
          <w:tcPr>
            <w:tcW w:type="dxa" w:w="38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7000"/>
            <w:tcMar>
              <w:top w:w="70" w:type="dxa"/>
              <w:start w:w="95" w:type="dxa"/>
              <w:bottom w:w="70" w:type="dxa"/>
              <w:end w:w="95" w:type="dxa"/>
            </w:tcMar>
            <w:shd w:fill="0797A5"/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TOTAL Y MONEDA</w:t>
            </w:r>
          </w:p>
        </w:tc>
        <w:tc>
          <w:tcPr>
            <w:tcW w:type="dxa" w:w="38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tbl>
      <w:tblPr>
        <w:tblW w:type="dxa" w:w="108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073B5C"/>
          <w:left w:val="single" w:sz="4" w:color="073B5C"/>
          <w:bottom w:val="single" w:sz="4" w:color="073B5C"/>
          <w:right w:val="single" w:sz="4" w:color="073B5C"/>
          <w:insideH w:val="single" w:sz="4" w:color="073B5C"/>
          <w:insideV w:val="single" w:sz="4" w:color="073B5C"/>
        </w:tblBorders>
      </w:tblPr>
      <w:tblGrid>
        <w:gridCol w:w="10800"/>
      </w:tblGrid>
      <w:tr>
        <w:trPr>
          <w:trHeight w:val="360" w:hRule="atLeast"/>
        </w:trPr>
        <w:tc>
          <w:tcPr>
            <w:tcW w:type="dxa" w:w="1080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DATOS DEL RECEPTOR</w:t>
            </w:r>
          </w:p>
        </w:tc>
      </w:tr>
    </w:tbl>
    <w:tbl>
      <w:tblPr>
        <w:tblW w:type="dxa" w:w="108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3200"/>
        <w:gridCol w:w="7600"/>
      </w:tblGrid>
      <w:tr>
        <w:trPr>
          <w:trHeight w:val="360" w:hRule="atLeast"/>
        </w:trPr>
        <w:tc>
          <w:tcPr>
            <w:tcW w:type="dxa" w:w="32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RFC</w:t>
            </w:r>
          </w:p>
        </w:tc>
        <w:tc>
          <w:tcPr>
            <w:tcW w:type="dxa" w:w="76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32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Nombre o razón social</w:t>
            </w:r>
          </w:p>
        </w:tc>
        <w:tc>
          <w:tcPr>
            <w:tcW w:type="dxa" w:w="76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32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Régimen fiscal</w:t>
            </w:r>
          </w:p>
        </w:tc>
        <w:tc>
          <w:tcPr>
            <w:tcW w:type="dxa" w:w="76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32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Código postal fiscal</w:t>
            </w:r>
          </w:p>
        </w:tc>
        <w:tc>
          <w:tcPr>
            <w:tcW w:type="dxa" w:w="76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32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Uso del CFDI</w:t>
            </w:r>
          </w:p>
        </w:tc>
        <w:tc>
          <w:tcPr>
            <w:tcW w:type="dxa" w:w="76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32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Correo</w:t>
            </w:r>
          </w:p>
        </w:tc>
        <w:tc>
          <w:tcPr>
            <w:tcW w:type="dxa" w:w="76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tbl>
      <w:tblPr>
        <w:tblW w:type="dxa" w:w="108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073B5C"/>
          <w:left w:val="single" w:sz="4" w:color="073B5C"/>
          <w:bottom w:val="single" w:sz="4" w:color="073B5C"/>
          <w:right w:val="single" w:sz="4" w:color="073B5C"/>
          <w:insideH w:val="single" w:sz="4" w:color="073B5C"/>
          <w:insideV w:val="single" w:sz="4" w:color="073B5C"/>
        </w:tblBorders>
      </w:tblPr>
      <w:tblGrid>
        <w:gridCol w:w="10800"/>
      </w:tblGrid>
      <w:tr>
        <w:trPr>
          <w:trHeight w:val="360" w:hRule="atLeast"/>
        </w:trPr>
        <w:tc>
          <w:tcPr>
            <w:tcW w:type="dxa" w:w="10800"/>
            <w:tcMar>
              <w:top w:w="70" w:type="dxa"/>
              <w:start w:w="95" w:type="dxa"/>
              <w:bottom w:w="70" w:type="dxa"/>
              <w:end w:w="95" w:type="dxa"/>
            </w:tcMar>
            <w:shd w:fill="073B5C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REFERENCIA Y OBSERVACIONES</w:t>
            </w:r>
          </w:p>
        </w:tc>
      </w:tr>
    </w:tbl>
    <w:tbl>
      <w:tblPr>
        <w:tblW w:type="dxa" w:w="108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color="5B8DA6"/>
          <w:left w:val="single" w:sz="6" w:color="5B8DA6"/>
          <w:bottom w:val="single" w:sz="6" w:color="5B8DA6"/>
          <w:right w:val="single" w:sz="6" w:color="5B8DA6"/>
          <w:insideH w:val="single" w:sz="6" w:color="5B8DA6"/>
          <w:insideV w:val="single" w:sz="6" w:color="5B8DA6"/>
        </w:tblBorders>
      </w:tblPr>
      <w:tblGrid>
        <w:gridCol w:w="3200"/>
        <w:gridCol w:w="7600"/>
      </w:tblGrid>
      <w:tr>
        <w:trPr>
          <w:trHeight w:val="360" w:hRule="atLeast"/>
        </w:trPr>
        <w:tc>
          <w:tcPr>
            <w:tcW w:type="dxa" w:w="32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Canal o folio de solicitud</w:t>
            </w:r>
          </w:p>
        </w:tc>
        <w:tc>
          <w:tcPr>
            <w:tcW w:type="dxa" w:w="76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3200"/>
            <w:tcMar>
              <w:top w:w="70" w:type="dxa"/>
              <w:start w:w="95" w:type="dxa"/>
              <w:bottom w:w="70" w:type="dxa"/>
              <w:end w:w="95" w:type="dxa"/>
            </w:tcMar>
            <w:shd w:fill="EAF4F6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73B5C"/>
                <w:sz w:val="17"/>
              </w:rPr>
              <w:t>Observaciones</w:t>
            </w:r>
          </w:p>
        </w:tc>
        <w:tc>
          <w:tcPr>
            <w:tcW w:type="dxa" w:w="7600"/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432" w:right="432" w:bottom="432" w:left="43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B7280"/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Ejemplode</dc:creator>
  <cp:keywords/>
  <dc:description>generated by python-docx</dc:description>
  <cp:lastModifiedBy>Ejemplode</cp:lastModifiedBy>
  <cp:revision>1</cp:revision>
  <dcterms:created xsi:type="dcterms:W3CDTF">2013-12-23T23:15:00Z</dcterms:created>
  <dcterms:modified xsi:type="dcterms:W3CDTF">2013-12-23T23:15:00Z</dcterms:modified>
  <cp:category/>
</cp:coreProperties>
</file>