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</w:pPr>
      <w:r>
        <w:rPr>
          <w:rFonts w:ascii="Arial" w:hAnsi="Arial"/>
          <w:b/>
          <w:color w:val="0B2545"/>
          <w:sz w:val="46"/>
        </w:rPr>
        <w:t>[NOMBRE Y APELLIDO]</w:t>
      </w:r>
    </w:p>
    <w:p>
      <w:pPr>
        <w:spacing w:after="120"/>
      </w:pPr>
      <w:r>
        <w:rPr>
          <w:rFonts w:ascii="Arial" w:hAnsi="Arial"/>
          <w:b/>
          <w:color w:val="E53835"/>
          <w:sz w:val="23"/>
        </w:rPr>
        <w:t>[PUESTO OBJETIVO / ESPECIALIDAD]</w:t>
      </w:r>
    </w:p>
    <w:p>
      <w:pPr>
        <w:spacing w:after="200"/>
        <w:pBdr>
          <w:bottom w:val="single" w:sz="8" w:space="5" w:color="DCE3EA"/>
        </w:pBdr>
      </w:pPr>
      <w:r>
        <w:rPr>
          <w:rFonts w:ascii="Arial" w:hAnsi="Arial"/>
          <w:color w:val="5D6875"/>
          <w:sz w:val="19"/>
        </w:rPr>
        <w:t>[Ciudad]  |  [Teléfono]  |  [Correo profesional]  |  [Enlace profesional, si corresponde]</w:t>
      </w:r>
    </w:p>
    <w:p>
      <w:pPr>
        <w:spacing w:before="200" w:after="80"/>
        <w:pBdr>
          <w:bottom w:val="single" w:sz="10" w:space="4" w:color="E53835"/>
        </w:pBdr>
      </w:pPr>
      <w:r>
        <w:rPr>
          <w:rFonts w:ascii="Arial" w:hAnsi="Arial"/>
          <w:b/>
          <w:color w:val="0B2545"/>
          <w:sz w:val="20"/>
        </w:rPr>
        <w:t>PERFIL PROFESIONAL</w:t>
      </w:r>
    </w:p>
    <w:p>
      <w:pPr>
        <w:spacing w:before="0" w:after="60" w:line="269" w:lineRule="auto"/>
        <w:jc w:val="left"/>
      </w:pPr>
      <w:r>
        <w:rPr>
          <w:rFonts w:ascii="Arial" w:hAnsi="Arial"/>
          <w:b w:val="0"/>
          <w:i w:val="0"/>
          <w:color w:val="202B35"/>
          <w:sz w:val="21"/>
        </w:rPr>
        <w:t>[Escribe dos o tres líneas que expliquen tu experiencia, especialidad y el tipo de puesto que buscas. Usa datos concretos y evita adjetivos vacíos.]</w:t>
      </w:r>
    </w:p>
    <w:p>
      <w:pPr>
        <w:spacing w:before="200" w:after="80"/>
        <w:pBdr>
          <w:bottom w:val="single" w:sz="10" w:space="4" w:color="E53835"/>
        </w:pBdr>
      </w:pPr>
      <w:r>
        <w:rPr>
          <w:rFonts w:ascii="Arial" w:hAnsi="Arial"/>
          <w:b/>
          <w:color w:val="0B2545"/>
          <w:sz w:val="20"/>
        </w:rPr>
        <w:t>EXPERIENCIA</w:t>
      </w:r>
    </w:p>
    <w:p>
      <w:pPr>
        <w:spacing w:after="20"/>
      </w:pPr>
      <w:r>
        <w:rPr>
          <w:rFonts w:ascii="Arial" w:hAnsi="Arial"/>
          <w:b/>
          <w:color w:val="0B2545"/>
          <w:sz w:val="21"/>
        </w:rPr>
        <w:t>[PUESTO MÁS RECIENTE]</w:t>
      </w:r>
      <w:r>
        <w:rPr>
          <w:rFonts w:ascii="Arial" w:hAnsi="Arial"/>
          <w:color w:val="0B2545"/>
          <w:sz w:val="20"/>
        </w:rPr>
        <w:t xml:space="preserve">  |  [EMPRESA]</w:t>
      </w:r>
      <w:r>
        <w:rPr>
          <w:rFonts w:ascii="Arial" w:hAnsi="Arial"/>
          <w:color w:val="5D6875"/>
          <w:sz w:val="19"/>
        </w:rPr>
        <w:t xml:space="preserve">  |  [MES/AÑO] - [MES/AÑO]</w:t>
      </w:r>
    </w:p>
    <w:p>
      <w:pPr>
        <w:pStyle w:val="ListBullet"/>
        <w:spacing w:after="40" w:line="259" w:lineRule="auto"/>
      </w:pPr>
      <w:r>
        <w:rPr>
          <w:rFonts w:ascii="Arial" w:hAnsi="Arial"/>
          <w:color w:val="202B35"/>
          <w:sz w:val="20"/>
        </w:rPr>
        <w:t>[Logro, responsabilidad o proyecto relevante con contexto.]</w:t>
      </w:r>
    </w:p>
    <w:p>
      <w:pPr>
        <w:pStyle w:val="ListBullet"/>
        <w:spacing w:after="40" w:line="259" w:lineRule="auto"/>
      </w:pPr>
      <w:r>
        <w:rPr>
          <w:rFonts w:ascii="Arial" w:hAnsi="Arial"/>
          <w:color w:val="202B35"/>
          <w:sz w:val="20"/>
        </w:rPr>
        <w:t>[Resultado, herramienta o alcance que ayude a entender tu aportación.]</w:t>
      </w:r>
    </w:p>
    <w:p>
      <w:pPr>
        <w:spacing w:before="60" w:after="20"/>
      </w:pPr>
      <w:r>
        <w:rPr>
          <w:rFonts w:ascii="Arial" w:hAnsi="Arial"/>
          <w:b/>
          <w:color w:val="0B2545"/>
          <w:sz w:val="21"/>
        </w:rPr>
        <w:t>[PUESTO ANTERIOR]</w:t>
      </w:r>
      <w:r>
        <w:rPr>
          <w:rFonts w:ascii="Arial" w:hAnsi="Arial"/>
          <w:color w:val="0B2545"/>
          <w:sz w:val="20"/>
        </w:rPr>
        <w:t xml:space="preserve">  |  [EMPRESA]</w:t>
      </w:r>
      <w:r>
        <w:rPr>
          <w:rFonts w:ascii="Arial" w:hAnsi="Arial"/>
          <w:color w:val="5D6875"/>
          <w:sz w:val="19"/>
        </w:rPr>
        <w:t xml:space="preserve">  |  [MES/AÑO] - [MES/AÑO]</w:t>
      </w:r>
    </w:p>
    <w:p>
      <w:pPr>
        <w:pStyle w:val="ListBullet"/>
        <w:spacing w:after="40" w:line="259" w:lineRule="auto"/>
      </w:pPr>
      <w:r>
        <w:rPr>
          <w:rFonts w:ascii="Arial" w:hAnsi="Arial"/>
          <w:color w:val="202B35"/>
          <w:sz w:val="20"/>
        </w:rPr>
        <w:t>[Responsabilidad o resultado directamente relacionado con la vacante.]</w:t>
      </w:r>
    </w:p>
    <w:p>
      <w:pPr>
        <w:spacing w:before="200" w:after="80"/>
        <w:pBdr>
          <w:bottom w:val="single" w:sz="10" w:space="4" w:color="E53835"/>
        </w:pBdr>
      </w:pPr>
      <w:r>
        <w:rPr>
          <w:rFonts w:ascii="Arial" w:hAnsi="Arial"/>
          <w:b/>
          <w:color w:val="0B2545"/>
          <w:sz w:val="20"/>
        </w:rPr>
        <w:t>FORMACIÓN</w:t>
      </w:r>
    </w:p>
    <w:p>
      <w:pPr>
        <w:spacing w:after="40"/>
      </w:pPr>
      <w:r>
        <w:rPr>
          <w:rFonts w:ascii="Arial" w:hAnsi="Arial"/>
          <w:b/>
          <w:color w:val="0B2545"/>
          <w:sz w:val="21"/>
        </w:rPr>
        <w:t>[PROGRAMA O GRADO]</w:t>
      </w:r>
      <w:r>
        <w:rPr>
          <w:rFonts w:ascii="Arial" w:hAnsi="Arial"/>
          <w:color w:val="5D6875"/>
          <w:sz w:val="20"/>
        </w:rPr>
        <w:t xml:space="preserve">  |  [INSTITUCIÓN]  |  [AÑO]</w:t>
      </w:r>
    </w:p>
    <w:p>
      <w:pPr>
        <w:spacing w:before="0" w:after="40" w:line="269" w:lineRule="auto"/>
        <w:jc w:val="left"/>
      </w:pPr>
      <w:r>
        <w:rPr>
          <w:rFonts w:ascii="Arial" w:hAnsi="Arial"/>
          <w:b w:val="0"/>
          <w:i w:val="0"/>
          <w:color w:val="202B35"/>
          <w:sz w:val="19"/>
        </w:rPr>
        <w:t>[Certificación o curso relevante, si aporta a la vacante.]</w:t>
      </w:r>
    </w:p>
    <w:p>
      <w:pPr>
        <w:spacing w:before="200" w:after="80"/>
        <w:pBdr>
          <w:bottom w:val="single" w:sz="10" w:space="4" w:color="E53835"/>
        </w:pBdr>
      </w:pPr>
      <w:r>
        <w:rPr>
          <w:rFonts w:ascii="Arial" w:hAnsi="Arial"/>
          <w:b/>
          <w:color w:val="0B2545"/>
          <w:sz w:val="20"/>
        </w:rPr>
        <w:t>HABILIDADES E IDIOMAS</w:t>
      </w:r>
    </w:p>
    <w:p>
      <w:pPr>
        <w:spacing w:before="0" w:after="40" w:line="269" w:lineRule="auto"/>
        <w:jc w:val="left"/>
      </w:pPr>
      <w:r>
        <w:rPr>
          <w:rFonts w:ascii="Arial" w:hAnsi="Arial"/>
          <w:b w:val="0"/>
          <w:i w:val="0"/>
          <w:color w:val="202B35"/>
          <w:sz w:val="20"/>
        </w:rPr>
        <w:t>[Herramienta o habilidad]  ·  [Herramienta o habilidad]  ·  [Habilidad específica]</w:t>
      </w:r>
    </w:p>
    <w:p>
      <w:pPr>
        <w:spacing w:before="0" w:after="0" w:line="269" w:lineRule="auto"/>
        <w:jc w:val="left"/>
      </w:pPr>
      <w:r>
        <w:rPr>
          <w:rFonts w:ascii="Arial" w:hAnsi="Arial"/>
          <w:b w:val="0"/>
          <w:i w:val="0"/>
          <w:color w:val="202B35"/>
          <w:sz w:val="20"/>
        </w:rPr>
        <w:t>[Idioma] - [Nivel verificable]  ·  [Idioma] - [Nivel verificable]</w:t>
      </w:r>
    </w:p>
    <w:sectPr w:rsidR="00FC693F" w:rsidRPr="0006063C" w:rsidSect="00034616">
      <w:footerReference w:type="default" r:id="rId9"/>
      <w:pgSz w:w="12240" w:h="15840"/>
      <w:pgMar w:top="1037" w:right="1181" w:bottom="936" w:left="1181" w:header="432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80"/>
      <w:jc w:val="center"/>
    </w:pPr>
    <w:r>
      <w:rPr>
        <w:rFonts w:ascii="Arial" w:hAnsi="Arial"/>
        <w:color w:val="5D6875"/>
        <w:sz w:val="17"/>
      </w:rPr>
      <w:t>PLANTILLA EDITABLE · Sustituye todos los textos entre corchetes antes de enviarla.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Curriculum Vitae profesional</dc:title>
  <dc:subject>Plantilla editable de CV para Microsoft Word</dc:subject>
  <dc:creator>Ejemplode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