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center"/>
      </w:pPr>
      <w:r>
        <w:rPr>
          <w:rFonts w:ascii="Arial" w:hAnsi="Arial"/>
          <w:b/>
          <w:color w:val="073B5C"/>
          <w:sz w:val="36"/>
        </w:rPr>
        <w:t>COTIZACIÓN DE MANO DE OBRA</w:t>
      </w:r>
    </w:p>
    <w:p>
      <w:pPr>
        <w:spacing w:before="0" w:after="60"/>
        <w:jc w:val="center"/>
      </w:pPr>
      <w:r>
        <w:rPr>
          <w:rFonts w:ascii="Arial" w:hAnsi="Arial"/>
          <w:b w:val="0"/>
          <w:color w:val="4F6878"/>
          <w:sz w:val="17"/>
        </w:rPr>
        <w:t>Formato editable para alcance, conceptos, costos y condiciones</w:t>
      </w:r>
    </w:p>
    <w:tbl>
      <w:tblPr>
        <w:tblW w:type="dxa" w:w="1464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color="5B8DA6"/>
          <w:left w:val="single" w:sz="6" w:color="5B8DA6"/>
          <w:bottom w:val="single" w:sz="6" w:color="5B8DA6"/>
          <w:right w:val="single" w:sz="6" w:color="5B8DA6"/>
          <w:insideH w:val="single" w:sz="6" w:color="5B8DA6"/>
          <w:insideV w:val="single" w:sz="6" w:color="5B8DA6"/>
        </w:tblBorders>
      </w:tblPr>
      <w:tblGrid>
        <w:gridCol w:w="1550"/>
        <w:gridCol w:w="3670"/>
        <w:gridCol w:w="1050"/>
        <w:gridCol w:w="3050"/>
        <w:gridCol w:w="1100"/>
        <w:gridCol w:w="4220"/>
      </w:tblGrid>
      <w:tr>
        <w:trPr>
          <w:trHeight w:val="360" w:hRule="atLeast"/>
        </w:trPr>
        <w:tc>
          <w:tcPr>
            <w:tcW w:type="dxa" w:w="155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FOLIO</w:t>
            </w:r>
          </w:p>
        </w:tc>
        <w:tc>
          <w:tcPr>
            <w:tcW w:type="dxa" w:w="3670"/>
            <w:tcMar>
              <w:top w:w="70" w:type="dxa"/>
              <w:start w:w="95" w:type="dxa"/>
              <w:bottom w:w="70" w:type="dxa"/>
              <w:end w:w="95" w:type="dxa"/>
            </w:tcMar>
          </w:tcPr>
          <w:p/>
        </w:tc>
        <w:tc>
          <w:tcPr>
            <w:tcW w:type="dxa" w:w="105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3050"/>
            <w:tcMar>
              <w:top w:w="70" w:type="dxa"/>
              <w:start w:w="95" w:type="dxa"/>
              <w:bottom w:w="70" w:type="dxa"/>
              <w:end w:w="95" w:type="dxa"/>
            </w:tcMar>
          </w:tcPr>
          <w:p/>
        </w:tc>
        <w:tc>
          <w:tcPr>
            <w:tcW w:type="dxa" w:w="110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VIGENCIA</w:t>
            </w:r>
          </w:p>
        </w:tc>
        <w:tc>
          <w:tcPr>
            <w:tcW w:type="dxa" w:w="4220"/>
            <w:tcMar>
              <w:top w:w="70" w:type="dxa"/>
              <w:start w:w="95" w:type="dxa"/>
              <w:bottom w:w="70" w:type="dxa"/>
              <w:end w:w="95" w:type="dxa"/>
            </w:tcMar>
          </w:tcPr>
          <w:p/>
        </w:tc>
      </w:tr>
      <w:tr>
        <w:trPr>
          <w:trHeight w:val="360" w:hRule="atLeast"/>
        </w:trPr>
        <w:tc>
          <w:tcPr>
            <w:tcW w:type="dxa" w:w="155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MONEDA</w:t>
            </w:r>
          </w:p>
        </w:tc>
        <w:tc>
          <w:tcPr>
            <w:tcW w:type="dxa" w:w="3670"/>
            <w:tcMar>
              <w:top w:w="70" w:type="dxa"/>
              <w:start w:w="95" w:type="dxa"/>
              <w:bottom w:w="70" w:type="dxa"/>
              <w:end w:w="95" w:type="dxa"/>
            </w:tcMar>
          </w:tcPr>
          <w:p/>
        </w:tc>
        <w:tc>
          <w:tcPr>
            <w:tcW w:type="dxa" w:w="105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PROYECTO</w:t>
            </w:r>
          </w:p>
        </w:tc>
        <w:tc>
          <w:tcPr>
            <w:tcW w:type="dxa" w:w="3050"/>
            <w:tcMar>
              <w:top w:w="70" w:type="dxa"/>
              <w:start w:w="95" w:type="dxa"/>
              <w:bottom w:w="70" w:type="dxa"/>
              <w:end w:w="95" w:type="dxa"/>
            </w:tcMar>
          </w:tcPr>
          <w:p/>
        </w:tc>
        <w:tc>
          <w:tcPr>
            <w:tcW w:type="dxa" w:w="110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UBICACIÓN</w:t>
            </w:r>
          </w:p>
        </w:tc>
        <w:tc>
          <w:tcPr>
            <w:tcW w:type="dxa" w:w="4220"/>
            <w:tcMar>
              <w:top w:w="70" w:type="dxa"/>
              <w:start w:w="95" w:type="dxa"/>
              <w:bottom w:w="70" w:type="dxa"/>
              <w:end w:w="95" w:type="dxa"/>
            </w:tcMar>
          </w:tcPr>
          <w:p/>
        </w:tc>
      </w:tr>
    </w:tbl>
    <w:tbl>
      <w:tblPr>
        <w:tblW w:type="dxa" w:w="1464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color="5B8DA6"/>
          <w:left w:val="single" w:sz="6" w:color="5B8DA6"/>
          <w:bottom w:val="single" w:sz="6" w:color="5B8DA6"/>
          <w:right w:val="single" w:sz="6" w:color="5B8DA6"/>
          <w:insideH w:val="single" w:sz="6" w:color="5B8DA6"/>
          <w:insideV w:val="single" w:sz="6" w:color="5B8DA6"/>
        </w:tblBorders>
      </w:tblPr>
      <w:tblGrid>
        <w:gridCol w:w="7320"/>
        <w:gridCol w:w="7320"/>
      </w:tblGrid>
      <w:tr>
        <w:trPr>
          <w:trHeight w:val="340" w:hRule="atLeast"/>
        </w:trPr>
        <w:tc>
          <w:tcPr>
            <w:tcW w:type="dxa" w:w="732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PROVEEDOR: nombre o empresa, contacto y datos fiscales si corresponden</w:t>
            </w:r>
          </w:p>
        </w:tc>
        <w:tc>
          <w:tcPr>
            <w:tcW w:type="dxa" w:w="732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CLIENTE: nombre o empresa y contacto</w:t>
            </w:r>
          </w:p>
        </w:tc>
      </w:tr>
      <w:tr>
        <w:trPr>
          <w:trHeight w:val="460" w:hRule="atLeast"/>
        </w:trPr>
        <w:tc>
          <w:tcPr>
            <w:tcW w:type="dxa" w:w="732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732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tbl>
      <w:tblPr>
        <w:tblW w:type="dxa" w:w="1464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color="5B8DA6"/>
          <w:left w:val="single" w:sz="6" w:color="5B8DA6"/>
          <w:bottom w:val="single" w:sz="6" w:color="5B8DA6"/>
          <w:right w:val="single" w:sz="6" w:color="5B8DA6"/>
          <w:insideH w:val="single" w:sz="6" w:color="5B8DA6"/>
          <w:insideV w:val="single" w:sz="6" w:color="5B8DA6"/>
        </w:tblBorders>
      </w:tblPr>
      <w:tblGrid>
        <w:gridCol w:w="540"/>
        <w:gridCol w:w="5260"/>
        <w:gridCol w:w="1510"/>
        <w:gridCol w:w="1590"/>
        <w:gridCol w:w="2690"/>
        <w:gridCol w:w="3050"/>
      </w:tblGrid>
      <w:tr>
        <w:trPr>
          <w:tblHeader w:val="true"/>
        </w:trPr>
        <w:tc>
          <w:tcPr>
            <w:tcW w:type="dxa" w:w="5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  <w:shd w:fill="073B5C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N.º</w:t>
            </w:r>
          </w:p>
        </w:tc>
        <w:tc>
          <w:tcPr>
            <w:tcW w:type="dxa" w:w="52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  <w:shd w:fill="073B5C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TRABAJO O ACTIVIDAD</w:t>
            </w:r>
          </w:p>
        </w:tc>
        <w:tc>
          <w:tcPr>
            <w:tcW w:type="dxa" w:w="151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  <w:shd w:fill="073B5C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UNIDAD</w:t>
            </w:r>
          </w:p>
        </w:tc>
        <w:tc>
          <w:tcPr>
            <w:tcW w:type="dxa" w:w="15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  <w:shd w:fill="073B5C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CANTIDAD</w:t>
            </w:r>
          </w:p>
        </w:tc>
        <w:tc>
          <w:tcPr>
            <w:tcW w:type="dxa" w:w="26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  <w:shd w:fill="073B5C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PRECIO UNITARIO</w:t>
            </w:r>
          </w:p>
        </w:tc>
        <w:tc>
          <w:tcPr>
            <w:tcW w:type="dxa" w:w="3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  <w:shd w:fill="073B5C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IMPORTE</w:t>
            </w:r>
          </w:p>
        </w:tc>
      </w:tr>
      <w:tr>
        <w:trPr>
          <w:trHeight w:val="300" w:hRule="atLeast"/>
        </w:trPr>
        <w:tc>
          <w:tcPr>
            <w:tcW w:type="dxa" w:w="5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1</w:t>
            </w:r>
          </w:p>
        </w:tc>
        <w:tc>
          <w:tcPr>
            <w:tcW w:type="dxa" w:w="52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1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00" w:hRule="atLeast"/>
        </w:trPr>
        <w:tc>
          <w:tcPr>
            <w:tcW w:type="dxa" w:w="5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2</w:t>
            </w:r>
          </w:p>
        </w:tc>
        <w:tc>
          <w:tcPr>
            <w:tcW w:type="dxa" w:w="52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1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00" w:hRule="atLeast"/>
        </w:trPr>
        <w:tc>
          <w:tcPr>
            <w:tcW w:type="dxa" w:w="5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3</w:t>
            </w:r>
          </w:p>
        </w:tc>
        <w:tc>
          <w:tcPr>
            <w:tcW w:type="dxa" w:w="52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1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00" w:hRule="atLeast"/>
        </w:trPr>
        <w:tc>
          <w:tcPr>
            <w:tcW w:type="dxa" w:w="5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4</w:t>
            </w:r>
          </w:p>
        </w:tc>
        <w:tc>
          <w:tcPr>
            <w:tcW w:type="dxa" w:w="52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1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00" w:hRule="atLeast"/>
        </w:trPr>
        <w:tc>
          <w:tcPr>
            <w:tcW w:type="dxa" w:w="5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5</w:t>
            </w:r>
          </w:p>
        </w:tc>
        <w:tc>
          <w:tcPr>
            <w:tcW w:type="dxa" w:w="52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1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00" w:hRule="atLeast"/>
        </w:trPr>
        <w:tc>
          <w:tcPr>
            <w:tcW w:type="dxa" w:w="5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6</w:t>
            </w:r>
          </w:p>
        </w:tc>
        <w:tc>
          <w:tcPr>
            <w:tcW w:type="dxa" w:w="52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1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00" w:hRule="atLeast"/>
        </w:trPr>
        <w:tc>
          <w:tcPr>
            <w:tcW w:type="dxa" w:w="5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7</w:t>
            </w:r>
          </w:p>
        </w:tc>
        <w:tc>
          <w:tcPr>
            <w:tcW w:type="dxa" w:w="52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1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00" w:hRule="atLeast"/>
        </w:trPr>
        <w:tc>
          <w:tcPr>
            <w:tcW w:type="dxa" w:w="5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8</w:t>
            </w:r>
          </w:p>
        </w:tc>
        <w:tc>
          <w:tcPr>
            <w:tcW w:type="dxa" w:w="52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1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00" w:hRule="atLeast"/>
        </w:trPr>
        <w:tc>
          <w:tcPr>
            <w:tcW w:type="dxa" w:w="5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9</w:t>
            </w:r>
          </w:p>
        </w:tc>
        <w:tc>
          <w:tcPr>
            <w:tcW w:type="dxa" w:w="52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1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9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</w:tbl>
    <w:tbl>
      <w:tblPr>
        <w:tblW w:type="dxa" w:w="1464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color="5B8DA6"/>
          <w:left w:val="single" w:sz="6" w:color="5B8DA6"/>
          <w:bottom w:val="single" w:sz="6" w:color="5B8DA6"/>
          <w:right w:val="single" w:sz="6" w:color="5B8DA6"/>
          <w:insideH w:val="single" w:sz="6" w:color="5B8DA6"/>
          <w:insideV w:val="single" w:sz="6" w:color="5B8DA6"/>
        </w:tblBorders>
      </w:tblPr>
      <w:tblGrid>
        <w:gridCol w:w="3660"/>
        <w:gridCol w:w="3660"/>
        <w:gridCol w:w="3660"/>
        <w:gridCol w:w="3660"/>
      </w:tblGrid>
      <w:tr>
        <w:trPr>
          <w:trHeight w:val="320" w:hRule="atLeast"/>
        </w:trPr>
        <w:tc>
          <w:tcPr>
            <w:tcW w:type="dxa" w:w="366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ALCANCE INCLUIDO</w:t>
            </w:r>
          </w:p>
        </w:tc>
        <w:tc>
          <w:tcPr>
            <w:tcW w:type="dxa" w:w="366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NO INCLUIDO</w:t>
            </w:r>
          </w:p>
        </w:tc>
        <w:tc>
          <w:tcPr>
            <w:tcW w:type="dxa" w:w="366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CALENDARIO ESTIMADO</w:t>
            </w:r>
          </w:p>
        </w:tc>
        <w:tc>
          <w:tcPr>
            <w:tcW w:type="dxa" w:w="366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CONDICIONES DE PAGO</w:t>
            </w:r>
          </w:p>
        </w:tc>
      </w:tr>
      <w:tr>
        <w:trPr>
          <w:trHeight w:val="600" w:hRule="atLeast"/>
        </w:trPr>
        <w:tc>
          <w:tcPr>
            <w:tcW w:type="dxa" w:w="36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6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6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66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</w:tbl>
    <w:tbl>
      <w:tblPr>
        <w:tblW w:type="dxa" w:w="1464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color="5B8DA6"/>
          <w:left w:val="single" w:sz="6" w:color="5B8DA6"/>
          <w:bottom w:val="single" w:sz="6" w:color="5B8DA6"/>
          <w:right w:val="single" w:sz="6" w:color="5B8DA6"/>
          <w:insideH w:val="single" w:sz="6" w:color="5B8DA6"/>
          <w:insideV w:val="single" w:sz="6" w:color="5B8DA6"/>
        </w:tblBorders>
      </w:tblPr>
      <w:tblGrid>
        <w:gridCol w:w="2860"/>
        <w:gridCol w:w="4300"/>
        <w:gridCol w:w="2440"/>
        <w:gridCol w:w="5040"/>
      </w:tblGrid>
      <w:tr>
        <w:trPr>
          <w:trHeight w:val="320" w:hRule="atLeast"/>
        </w:trPr>
        <w:tc>
          <w:tcPr>
            <w:tcW w:type="dxa" w:w="286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SUBTOTAL</w:t>
            </w:r>
          </w:p>
        </w:tc>
        <w:tc>
          <w:tcPr>
            <w:tcW w:type="dxa" w:w="43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44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CAMBIOS DE ALCANCE</w:t>
            </w:r>
          </w:p>
        </w:tc>
        <w:tc>
          <w:tcPr>
            <w:tcW w:type="dxa" w:w="50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20" w:hRule="atLeast"/>
        </w:trPr>
        <w:tc>
          <w:tcPr>
            <w:tcW w:type="dxa" w:w="286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IMPUESTOS</w:t>
            </w:r>
          </w:p>
        </w:tc>
        <w:tc>
          <w:tcPr>
            <w:tcW w:type="dxa" w:w="43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4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50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20" w:hRule="atLeast"/>
        </w:trPr>
        <w:tc>
          <w:tcPr>
            <w:tcW w:type="dxa" w:w="2860"/>
            <w:tcMar>
              <w:top w:w="70" w:type="dxa"/>
              <w:start w:w="95" w:type="dxa"/>
              <w:bottom w:w="70" w:type="dxa"/>
              <w:end w:w="95" w:type="dxa"/>
            </w:tcMar>
            <w:shd w:fill="0797A5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TOTAL</w:t>
            </w:r>
          </w:p>
        </w:tc>
        <w:tc>
          <w:tcPr>
            <w:tcW w:type="dxa" w:w="43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4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50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400" w:hRule="atLeast"/>
        </w:trPr>
        <w:tc>
          <w:tcPr>
            <w:tcW w:type="dxa" w:w="286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OBSERVACIONES</w:t>
            </w:r>
          </w:p>
        </w:tc>
        <w:tc>
          <w:tcPr>
            <w:tcW w:type="dxa" w:w="43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44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ACEPTACIÓN</w:t>
            </w:r>
          </w:p>
        </w:tc>
        <w:tc>
          <w:tcPr>
            <w:tcW w:type="dxa" w:w="504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Nombre, firma y fecha: ____________________________________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403" w:right="403" w:bottom="403" w:left="403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B7280"/>
        <w:sz w:val="16"/>
      </w:rP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Ejemplode</dc:creator>
  <cp:keywords/>
  <dc:description>generated by python-docx</dc:description>
  <cp:lastModifiedBy>Ejemplode</cp:lastModifiedBy>
  <cp:revision>1</cp:revision>
  <dcterms:created xsi:type="dcterms:W3CDTF">2013-12-23T23:15:00Z</dcterms:created>
  <dcterms:modified xsi:type="dcterms:W3CDTF">2013-12-23T23:15:00Z</dcterms:modified>
  <cp:category/>
</cp:coreProperties>
</file>